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0" w:color="FFFFFF"/>
          <w:start w:val="single" w:sz="0" w:color="FFFFFF"/>
          <w:bottom w:val="single" w:sz="0" w:color="FFFFFF"/>
          <w:end w:val="single" w:sz="0" w:color="FFFFFF"/>
          <w:insideH w:val="single" w:sz="0" w:color="FFFFFF"/>
          <w:insideV w:val="single" w:sz="0" w:color="FFFFFF"/>
        </w:tblBorders>
      </w:tblPr>
      <w:tblGrid>
        <w:gridCol w:w="3888"/>
        <w:gridCol w:w="6552"/>
      </w:tblGrid>
      <w:tr>
        <w:tc>
          <w:tcPr>
            <w:tcW w:type="dxa" w:w="3888"/>
          </w:tcPr>
          <w:p>
            <w:pPr>
              <w:jc w:val="left"/>
            </w:pPr>
            <w:r>
              <w:drawing>
                <wp:inline xmlns:a="http://schemas.openxmlformats.org/drawingml/2006/main" xmlns:pic="http://schemas.openxmlformats.org/drawingml/2006/picture">
                  <wp:extent cx="2057400" cy="460612"/>
                  <wp:docPr id="1" name="Picture 1"/>
                  <wp:cNvGraphicFramePr>
                    <a:graphicFrameLocks noChangeAspect="1"/>
                  </wp:cNvGraphicFramePr>
                  <a:graphic>
                    <a:graphicData uri="http://schemas.openxmlformats.org/drawingml/2006/picture">
                      <pic:pic>
                        <pic:nvPicPr>
                          <pic:cNvPr id="0" name="st_michaels_logo.png"/>
                          <pic:cNvPicPr/>
                        </pic:nvPicPr>
                        <pic:blipFill>
                          <a:blip r:embed="rId9"/>
                          <a:stretch>
                            <a:fillRect/>
                          </a:stretch>
                        </pic:blipFill>
                        <pic:spPr>
                          <a:xfrm>
                            <a:off x="0" y="0"/>
                            <a:ext cx="2057400" cy="460612"/>
                          </a:xfrm>
                          <a:prstGeom prst="rect"/>
                        </pic:spPr>
                      </pic:pic>
                    </a:graphicData>
                  </a:graphic>
                </wp:inline>
              </w:drawing>
            </w:r>
          </w:p>
        </w:tc>
        <w:tc>
          <w:tcPr>
            <w:tcW w:type="dxa" w:w="6552"/>
          </w:tcPr>
          <w:p>
            <w:pPr>
              <w:spacing w:after="0"/>
              <w:jc w:val="right"/>
            </w:pPr>
            <w:r>
              <w:rPr>
                <w:rFonts w:ascii="Arial" w:hAnsi="Arial"/>
                <w:b/>
                <w:i w:val="0"/>
                <w:color w:val="17365D"/>
                <w:sz w:val="34"/>
              </w:rPr>
              <w:t>Sunday School Registration</w:t>
            </w:r>
          </w:p>
          <w:p>
            <w:pPr>
              <w:spacing w:after="0"/>
              <w:jc w:val="right"/>
            </w:pPr>
            <w:r>
              <w:rPr>
                <w:rFonts w:ascii="Arial" w:hAnsi="Arial"/>
                <w:b/>
                <w:i w:val="0"/>
                <w:color w:val="000000"/>
                <w:sz w:val="21"/>
              </w:rPr>
              <w:t>2026 to 2027 Program Year</w:t>
            </w:r>
          </w:p>
          <w:p>
            <w:pPr>
              <w:spacing w:after="0"/>
              <w:jc w:val="right"/>
            </w:pPr>
            <w:r>
              <w:rPr>
                <w:rFonts w:ascii="Arial" w:hAnsi="Arial"/>
                <w:b w:val="0"/>
                <w:i w:val="0"/>
                <w:color w:val="555555"/>
                <w:sz w:val="15"/>
              </w:rPr>
              <w:t>647 Dundee Avenue  Barrington Illinois 60010  847 381 2323</w:t>
            </w:r>
          </w:p>
        </w:tc>
      </w:tr>
    </w:tbl>
    <w:p>
      <w:pPr>
        <w:spacing w:after="0"/>
      </w:pPr>
    </w:p>
    <w:p>
      <w:pPr>
        <w:spacing w:after="160"/>
        <w:jc w:val="center"/>
      </w:pPr>
      <w:r>
        <w:rPr>
          <w:rFonts w:ascii="Arial" w:hAnsi="Arial"/>
          <w:b w:val="0"/>
          <w:i/>
          <w:color w:val="444444"/>
          <w:sz w:val="19"/>
        </w:rPr>
        <w:t>Please complete one form for your household and return it to St. Michael's.</w:t>
      </w:r>
    </w:p>
    <w:tbl>
      <w:tblPr>
        <w:tblW w:type="auto" w:w="0"/>
        <w:tblLayout w:type="fixed"/>
        <w:tblLook w:firstColumn="1" w:firstRow="1" w:lastColumn="0" w:lastRow="0" w:noHBand="0" w:noVBand="1" w:val="04A0"/>
        <w:tblBorders>
          <w:top w:val="single" w:sz="8" w:color="17365D"/>
          <w:start w:val="single" w:sz="8" w:color="17365D"/>
          <w:bottom w:val="single" w:sz="8" w:color="17365D"/>
          <w:end w:val="single" w:sz="8" w:color="17365D"/>
          <w:insideH w:val="single" w:sz="8" w:color="17365D"/>
          <w:insideV w:val="single" w:sz="8" w:color="17365D"/>
        </w:tblBorders>
      </w:tblPr>
      <w:tblGrid>
        <w:gridCol w:w="10440"/>
      </w:tblGrid>
      <w:tr>
        <w:tc>
          <w:tcPr>
            <w:tcW w:type="dxa" w:w="10512"/>
            <w:shd w:fill="17365D"/>
            <w:tcMar>
              <w:top w:w="70" w:type="dxa"/>
              <w:start w:w="120" w:type="dxa"/>
              <w:bottom w:w="70" w:type="dxa"/>
              <w:end w:w="120" w:type="dxa"/>
            </w:tcMar>
          </w:tcPr>
          <w:p>
            <w:pPr>
              <w:keepNext/>
              <w:spacing w:after="0"/>
            </w:pPr>
            <w:r>
              <w:rPr>
                <w:rFonts w:ascii="Arial" w:hAnsi="Arial"/>
                <w:b/>
                <w:i w:val="0"/>
                <w:color w:val="FFFFFF"/>
                <w:sz w:val="21"/>
              </w:rPr>
              <w:t>PARENT OR GUARDIAN</w:t>
            </w:r>
          </w:p>
        </w:tc>
      </w:tr>
    </w:tbl>
    <w:tbl>
      <w:tblPr>
        <w:tblW w:type="auto" w:w="0"/>
        <w:jc w:val="center"/>
        <w:tblLayout w:type="fixed"/>
        <w:tblLook w:firstColumn="1" w:firstRow="1" w:lastColumn="0" w:lastRow="0" w:noHBand="0" w:noVBand="1" w:val="04A0"/>
        <w:tblBorders>
          <w:top w:val="single" w:sz="8" w:color="D9D9D9"/>
          <w:start w:val="single" w:sz="8" w:color="D9D9D9"/>
          <w:bottom w:val="single" w:sz="8" w:color="D9D9D9"/>
          <w:end w:val="single" w:sz="8" w:color="D9D9D9"/>
          <w:insideH w:val="single" w:sz="8" w:color="D9D9D9"/>
          <w:insideV w:val="single" w:sz="8" w:color="D9D9D9"/>
        </w:tblBorders>
      </w:tblPr>
      <w:tblGrid>
        <w:gridCol w:w="1752"/>
        <w:gridCol w:w="1752"/>
        <w:gridCol w:w="1752"/>
        <w:gridCol w:w="1752"/>
        <w:gridCol w:w="1752"/>
        <w:gridCol w:w="1752"/>
      </w:tblGrid>
      <w:tr>
        <w:tc>
          <w:tcPr>
            <w:tcW w:type="dxa" w:w="5832"/>
            <w:gridSpan w:val="3"/>
            <w:tcMar>
              <w:top w:w="80" w:type="dxa"/>
              <w:start w:w="100" w:type="dxa"/>
              <w:bottom w:w="80" w:type="dxa"/>
              <w:end w:w="100" w:type="dxa"/>
            </w:tcMar>
            <w:vAlign w:val="center"/>
          </w:tcPr>
          <w:p>
            <w:pPr>
              <w:spacing w:after="40"/>
            </w:pPr>
            <w:r>
              <w:rPr>
                <w:rFonts w:ascii="Arial" w:hAnsi="Arial"/>
                <w:b/>
                <w:i w:val="0"/>
                <w:color w:val="17365D"/>
                <w:sz w:val="17"/>
              </w:rPr>
              <w:t>First name</w:t>
            </w:r>
          </w:p>
          <w:p>
            <w:pPr>
              <w:spacing w:after="0" w:line="240" w:lineRule="auto"/>
            </w:pPr>
            <w:r>
              <w:rPr>
                <w:rFonts w:ascii="Arial" w:hAnsi="Arial"/>
                <w:b w:val="0"/>
                <w:i w:val="0"/>
                <w:color w:val="555555"/>
                <w:sz w:val="20"/>
              </w:rPr>
              <w:t xml:space="preserve">   __________________________________</w:t>
            </w:r>
          </w:p>
        </w:tc>
        <w:tc>
          <w:tcPr>
            <w:tcW w:type="dxa" w:w="4608"/>
            <w:gridSpan w:val="3"/>
            <w:tcMar>
              <w:top w:w="80" w:type="dxa"/>
              <w:start w:w="100" w:type="dxa"/>
              <w:bottom w:w="80" w:type="dxa"/>
              <w:end w:w="100" w:type="dxa"/>
            </w:tcMar>
            <w:vAlign w:val="center"/>
          </w:tcPr>
          <w:p>
            <w:pPr>
              <w:spacing w:after="40"/>
            </w:pPr>
            <w:r>
              <w:rPr>
                <w:rFonts w:ascii="Arial" w:hAnsi="Arial"/>
                <w:b/>
                <w:i w:val="0"/>
                <w:color w:val="17365D"/>
                <w:sz w:val="17"/>
              </w:rPr>
              <w:t>Last name</w:t>
            </w:r>
          </w:p>
          <w:p>
            <w:pPr>
              <w:spacing w:after="0" w:line="240" w:lineRule="auto"/>
            </w:pPr>
            <w:r>
              <w:rPr>
                <w:rFonts w:ascii="Arial" w:hAnsi="Arial"/>
                <w:b w:val="0"/>
                <w:i w:val="0"/>
                <w:color w:val="555555"/>
                <w:sz w:val="20"/>
              </w:rPr>
              <w:t xml:space="preserve">   __________________________________</w:t>
            </w:r>
          </w:p>
        </w:tc>
      </w:tr>
      <w:tr>
        <w:tc>
          <w:tcPr>
            <w:tcW w:type="dxa" w:w="7488"/>
            <w:gridSpan w:val="4"/>
            <w:tcMar>
              <w:top w:w="80" w:type="dxa"/>
              <w:start w:w="100" w:type="dxa"/>
              <w:bottom w:w="80" w:type="dxa"/>
              <w:end w:w="100" w:type="dxa"/>
            </w:tcMar>
            <w:vAlign w:val="center"/>
          </w:tcPr>
          <w:p>
            <w:pPr>
              <w:spacing w:after="40"/>
            </w:pPr>
            <w:r>
              <w:rPr>
                <w:rFonts w:ascii="Arial" w:hAnsi="Arial"/>
                <w:b/>
                <w:i w:val="0"/>
                <w:color w:val="17365D"/>
                <w:sz w:val="17"/>
              </w:rPr>
              <w:t>Street address</w:t>
            </w:r>
          </w:p>
          <w:p>
            <w:pPr>
              <w:spacing w:after="0" w:line="240" w:lineRule="auto"/>
            </w:pPr>
            <w:r>
              <w:rPr>
                <w:rFonts w:ascii="Arial" w:hAnsi="Arial"/>
                <w:b w:val="0"/>
                <w:i w:val="0"/>
                <w:color w:val="555555"/>
                <w:sz w:val="20"/>
              </w:rPr>
              <w:t xml:space="preserve">   __________________________________</w:t>
            </w:r>
          </w:p>
        </w:tc>
        <w:tc>
          <w:tcPr>
            <w:tcW w:type="dxa" w:w="2952"/>
            <w:gridSpan w:val="2"/>
            <w:tcMar>
              <w:top w:w="80" w:type="dxa"/>
              <w:start w:w="100" w:type="dxa"/>
              <w:bottom w:w="80" w:type="dxa"/>
              <w:end w:w="100" w:type="dxa"/>
            </w:tcMar>
            <w:vAlign w:val="center"/>
          </w:tcPr>
          <w:p>
            <w:pPr>
              <w:spacing w:after="40"/>
            </w:pPr>
            <w:r>
              <w:rPr>
                <w:rFonts w:ascii="Arial" w:hAnsi="Arial"/>
                <w:b/>
                <w:i w:val="0"/>
                <w:color w:val="17365D"/>
                <w:sz w:val="17"/>
              </w:rPr>
              <w:t>Address line 2</w:t>
            </w:r>
          </w:p>
          <w:p>
            <w:pPr>
              <w:spacing w:after="0" w:line="240" w:lineRule="auto"/>
            </w:pPr>
            <w:r>
              <w:rPr>
                <w:rFonts w:ascii="Arial" w:hAnsi="Arial"/>
                <w:b w:val="0"/>
                <w:i w:val="0"/>
                <w:color w:val="555555"/>
                <w:sz w:val="20"/>
              </w:rPr>
              <w:t xml:space="preserve">   __________________________________</w:t>
            </w:r>
          </w:p>
        </w:tc>
      </w:tr>
      <w:tr>
        <w:tc>
          <w:tcPr>
            <w:tcW w:type="dxa" w:w="5832"/>
            <w:gridSpan w:val="3"/>
            <w:tcMar>
              <w:top w:w="80" w:type="dxa"/>
              <w:start w:w="100" w:type="dxa"/>
              <w:bottom w:w="80" w:type="dxa"/>
              <w:end w:w="100" w:type="dxa"/>
            </w:tcMar>
            <w:vAlign w:val="center"/>
          </w:tcPr>
          <w:p>
            <w:pPr>
              <w:spacing w:after="40"/>
            </w:pPr>
            <w:r>
              <w:rPr>
                <w:rFonts w:ascii="Arial" w:hAnsi="Arial"/>
                <w:b/>
                <w:i w:val="0"/>
                <w:color w:val="17365D"/>
                <w:sz w:val="17"/>
              </w:rPr>
              <w:t>City</w:t>
            </w:r>
          </w:p>
          <w:p>
            <w:pPr>
              <w:spacing w:after="0" w:line="240" w:lineRule="auto"/>
            </w:pPr>
            <w:r>
              <w:rPr>
                <w:rFonts w:ascii="Arial" w:hAnsi="Arial"/>
                <w:b w:val="0"/>
                <w:i w:val="0"/>
                <w:color w:val="555555"/>
                <w:sz w:val="20"/>
              </w:rPr>
              <w:t xml:space="preserve">   __________________________________</w:t>
            </w:r>
          </w:p>
        </w:tc>
        <w:tc>
          <w:tcPr>
            <w:tcW w:type="dxa" w:w="1656"/>
            <w:tcMar>
              <w:top w:w="80" w:type="dxa"/>
              <w:start w:w="100" w:type="dxa"/>
              <w:bottom w:w="80" w:type="dxa"/>
              <w:end w:w="100" w:type="dxa"/>
            </w:tcMar>
            <w:vAlign w:val="center"/>
          </w:tcPr>
          <w:p>
            <w:pPr>
              <w:spacing w:after="40"/>
            </w:pPr>
            <w:r>
              <w:rPr>
                <w:rFonts w:ascii="Arial" w:hAnsi="Arial"/>
                <w:b/>
                <w:i w:val="0"/>
                <w:color w:val="17365D"/>
                <w:sz w:val="17"/>
              </w:rPr>
              <w:t>State</w:t>
            </w:r>
          </w:p>
          <w:p>
            <w:pPr>
              <w:spacing w:after="0" w:line="240" w:lineRule="auto"/>
            </w:pPr>
            <w:r>
              <w:rPr>
                <w:rFonts w:ascii="Arial" w:hAnsi="Arial"/>
                <w:b w:val="0"/>
                <w:i w:val="0"/>
                <w:color w:val="555555"/>
                <w:sz w:val="20"/>
              </w:rPr>
              <w:t xml:space="preserve">   __________________________________</w:t>
            </w:r>
          </w:p>
        </w:tc>
        <w:tc>
          <w:tcPr>
            <w:tcW w:type="dxa" w:w="2952"/>
            <w:gridSpan w:val="2"/>
            <w:tcMar>
              <w:top w:w="80" w:type="dxa"/>
              <w:start w:w="100" w:type="dxa"/>
              <w:bottom w:w="80" w:type="dxa"/>
              <w:end w:w="100" w:type="dxa"/>
            </w:tcMar>
            <w:vAlign w:val="center"/>
          </w:tcPr>
          <w:p>
            <w:pPr>
              <w:spacing w:after="40"/>
            </w:pPr>
            <w:r>
              <w:rPr>
                <w:rFonts w:ascii="Arial" w:hAnsi="Arial"/>
                <w:b/>
                <w:i w:val="0"/>
                <w:color w:val="17365D"/>
                <w:sz w:val="17"/>
              </w:rPr>
              <w:t>ZIP code</w:t>
            </w:r>
          </w:p>
          <w:p>
            <w:pPr>
              <w:spacing w:after="0" w:line="240" w:lineRule="auto"/>
            </w:pPr>
            <w:r>
              <w:rPr>
                <w:rFonts w:ascii="Arial" w:hAnsi="Arial"/>
                <w:b w:val="0"/>
                <w:i w:val="0"/>
                <w:color w:val="555555"/>
                <w:sz w:val="20"/>
              </w:rPr>
              <w:t xml:space="preserve">   __________________________________</w:t>
            </w:r>
          </w:p>
        </w:tc>
      </w:tr>
      <w:tr>
        <w:tc>
          <w:tcPr>
            <w:tcW w:type="dxa" w:w="5832"/>
            <w:gridSpan w:val="3"/>
            <w:tcMar>
              <w:top w:w="80" w:type="dxa"/>
              <w:start w:w="100" w:type="dxa"/>
              <w:bottom w:w="80" w:type="dxa"/>
              <w:end w:w="100" w:type="dxa"/>
            </w:tcMar>
            <w:vAlign w:val="center"/>
          </w:tcPr>
          <w:p>
            <w:pPr>
              <w:spacing w:after="40"/>
            </w:pPr>
            <w:r>
              <w:rPr>
                <w:rFonts w:ascii="Arial" w:hAnsi="Arial"/>
                <w:b/>
                <w:i w:val="0"/>
                <w:color w:val="17365D"/>
                <w:sz w:val="17"/>
              </w:rPr>
              <w:t>Email</w:t>
            </w:r>
          </w:p>
          <w:p>
            <w:pPr>
              <w:spacing w:after="0" w:line="240" w:lineRule="auto"/>
            </w:pPr>
            <w:r>
              <w:rPr>
                <w:rFonts w:ascii="Arial" w:hAnsi="Arial"/>
                <w:b w:val="0"/>
                <w:i w:val="0"/>
                <w:color w:val="555555"/>
                <w:sz w:val="20"/>
              </w:rPr>
              <w:t xml:space="preserve">   __________________________________</w:t>
            </w:r>
          </w:p>
        </w:tc>
        <w:tc>
          <w:tcPr>
            <w:tcW w:type="dxa" w:w="4608"/>
            <w:gridSpan w:val="3"/>
            <w:tcMar>
              <w:top w:w="80" w:type="dxa"/>
              <w:start w:w="100" w:type="dxa"/>
              <w:bottom w:w="80" w:type="dxa"/>
              <w:end w:w="100" w:type="dxa"/>
            </w:tcMar>
            <w:vAlign w:val="center"/>
          </w:tcPr>
          <w:p>
            <w:pPr>
              <w:spacing w:after="40"/>
            </w:pPr>
            <w:r>
              <w:rPr>
                <w:rFonts w:ascii="Arial" w:hAnsi="Arial"/>
                <w:b/>
                <w:i w:val="0"/>
                <w:color w:val="17365D"/>
                <w:sz w:val="17"/>
              </w:rPr>
              <w:t>Phone</w:t>
            </w:r>
          </w:p>
          <w:p>
            <w:pPr>
              <w:spacing w:after="0" w:line="240" w:lineRule="auto"/>
            </w:pPr>
            <w:r>
              <w:rPr>
                <w:rFonts w:ascii="Arial" w:hAnsi="Arial"/>
                <w:b w:val="0"/>
                <w:i w:val="0"/>
                <w:color w:val="555555"/>
                <w:sz w:val="20"/>
              </w:rPr>
              <w:t xml:space="preserve">   __________________________________</w:t>
            </w:r>
          </w:p>
        </w:tc>
      </w:tr>
    </w:tbl>
    <w:p>
      <w:pPr>
        <w:spacing w:after="40"/>
      </w:pPr>
    </w:p>
    <w:tbl>
      <w:tblPr>
        <w:tblW w:type="auto" w:w="0"/>
        <w:tblLayout w:type="fixed"/>
        <w:tblLook w:firstColumn="1" w:firstRow="1" w:lastColumn="0" w:lastRow="0" w:noHBand="0" w:noVBand="1" w:val="04A0"/>
        <w:tblBorders>
          <w:top w:val="single" w:sz="8" w:color="17365D"/>
          <w:start w:val="single" w:sz="8" w:color="17365D"/>
          <w:bottom w:val="single" w:sz="8" w:color="17365D"/>
          <w:end w:val="single" w:sz="8" w:color="17365D"/>
          <w:insideH w:val="single" w:sz="8" w:color="17365D"/>
          <w:insideV w:val="single" w:sz="8" w:color="17365D"/>
        </w:tblBorders>
      </w:tblPr>
      <w:tblGrid>
        <w:gridCol w:w="10440"/>
      </w:tblGrid>
      <w:tr>
        <w:tc>
          <w:tcPr>
            <w:tcW w:type="dxa" w:w="10512"/>
            <w:shd w:fill="17365D"/>
            <w:tcMar>
              <w:top w:w="70" w:type="dxa"/>
              <w:start w:w="120" w:type="dxa"/>
              <w:bottom w:w="70" w:type="dxa"/>
              <w:end w:w="120" w:type="dxa"/>
            </w:tcMar>
          </w:tcPr>
          <w:p>
            <w:pPr>
              <w:keepNext/>
              <w:spacing w:after="0"/>
            </w:pPr>
            <w:r>
              <w:rPr>
                <w:rFonts w:ascii="Arial" w:hAnsi="Arial"/>
                <w:b/>
                <w:i w:val="0"/>
                <w:color w:val="FFFFFF"/>
                <w:sz w:val="21"/>
              </w:rPr>
              <w:t>CHILD INFORMATION</w:t>
            </w:r>
          </w:p>
        </w:tc>
      </w:tr>
    </w:tbl>
    <w:tbl>
      <w:tblPr>
        <w:tblW w:type="auto" w:w="0"/>
        <w:jc w:val="center"/>
        <w:tblLayout w:type="fixed"/>
        <w:tblLook w:firstColumn="1" w:firstRow="1" w:lastColumn="0" w:lastRow="0" w:noHBand="0" w:noVBand="1" w:val="04A0"/>
        <w:tblBorders>
          <w:top w:val="single" w:sz="8" w:color="D9D9D9"/>
          <w:start w:val="single" w:sz="8" w:color="D9D9D9"/>
          <w:bottom w:val="single" w:sz="8" w:color="D9D9D9"/>
          <w:end w:val="single" w:sz="8" w:color="D9D9D9"/>
          <w:insideH w:val="single" w:sz="8" w:color="D9D9D9"/>
          <w:insideV w:val="single" w:sz="8" w:color="D9D9D9"/>
        </w:tblBorders>
      </w:tblPr>
      <w:tblGrid>
        <w:gridCol w:w="2102"/>
        <w:gridCol w:w="2102"/>
        <w:gridCol w:w="2102"/>
        <w:gridCol w:w="2102"/>
        <w:gridCol w:w="2102"/>
      </w:tblGrid>
      <w:tr>
        <w:trPr>
          <w:tblHeader w:val="true"/>
        </w:trPr>
        <w:tc>
          <w:tcPr>
            <w:tcW w:type="dxa" w:w="2952"/>
            <w:shd w:fill="DCE6F1"/>
            <w:tcMar>
              <w:top w:w="85" w:type="dxa"/>
              <w:start w:w="100" w:type="dxa"/>
              <w:bottom w:w="85" w:type="dxa"/>
              <w:end w:w="100" w:type="dxa"/>
            </w:tcMar>
          </w:tcPr>
          <w:p>
            <w:pPr>
              <w:spacing w:after="0"/>
              <w:jc w:val="center"/>
            </w:pPr>
            <w:r>
              <w:rPr>
                <w:rFonts w:ascii="Arial" w:hAnsi="Arial"/>
                <w:b/>
                <w:i w:val="0"/>
                <w:color w:val="17365D"/>
                <w:sz w:val="16"/>
              </w:rPr>
              <w:t>Child name</w:t>
            </w:r>
          </w:p>
        </w:tc>
        <w:tc>
          <w:tcPr>
            <w:tcW w:type="dxa" w:w="1613"/>
            <w:shd w:fill="DCE6F1"/>
            <w:tcMar>
              <w:top w:w="85" w:type="dxa"/>
              <w:start w:w="100" w:type="dxa"/>
              <w:bottom w:w="85" w:type="dxa"/>
              <w:end w:w="100" w:type="dxa"/>
            </w:tcMar>
          </w:tcPr>
          <w:p>
            <w:pPr>
              <w:spacing w:after="0"/>
              <w:jc w:val="center"/>
            </w:pPr>
            <w:r>
              <w:rPr>
                <w:rFonts w:ascii="Arial" w:hAnsi="Arial"/>
                <w:b/>
                <w:i w:val="0"/>
                <w:color w:val="17365D"/>
                <w:sz w:val="16"/>
              </w:rPr>
              <w:t>Birth date</w:t>
            </w:r>
          </w:p>
        </w:tc>
        <w:tc>
          <w:tcPr>
            <w:tcW w:type="dxa" w:w="3312"/>
            <w:shd w:fill="DCE6F1"/>
            <w:tcMar>
              <w:top w:w="85" w:type="dxa"/>
              <w:start w:w="100" w:type="dxa"/>
              <w:bottom w:w="85" w:type="dxa"/>
              <w:end w:w="100" w:type="dxa"/>
            </w:tcMar>
          </w:tcPr>
          <w:p>
            <w:pPr>
              <w:spacing w:after="0"/>
              <w:jc w:val="center"/>
            </w:pPr>
            <w:r>
              <w:rPr>
                <w:rFonts w:ascii="Arial" w:hAnsi="Arial"/>
                <w:b/>
                <w:i w:val="0"/>
                <w:color w:val="17365D"/>
                <w:sz w:val="16"/>
              </w:rPr>
              <w:t>Allergies or medical notes</w:t>
            </w:r>
          </w:p>
        </w:tc>
        <w:tc>
          <w:tcPr>
            <w:tcW w:type="dxa" w:w="1555"/>
            <w:shd w:fill="DCE6F1"/>
            <w:tcMar>
              <w:top w:w="85" w:type="dxa"/>
              <w:start w:w="100" w:type="dxa"/>
              <w:bottom w:w="85" w:type="dxa"/>
              <w:end w:w="100" w:type="dxa"/>
            </w:tcMar>
          </w:tcPr>
          <w:p>
            <w:pPr>
              <w:spacing w:after="0"/>
              <w:jc w:val="center"/>
            </w:pPr>
            <w:r>
              <w:rPr>
                <w:rFonts w:ascii="Arial" w:hAnsi="Arial"/>
                <w:b/>
                <w:i w:val="0"/>
                <w:color w:val="17365D"/>
                <w:sz w:val="16"/>
              </w:rPr>
              <w:t>Can have snack</w:t>
            </w:r>
          </w:p>
        </w:tc>
        <w:tc>
          <w:tcPr>
            <w:tcW w:type="dxa" w:w="1008"/>
            <w:shd w:fill="DCE6F1"/>
            <w:tcMar>
              <w:top w:w="85" w:type="dxa"/>
              <w:start w:w="100" w:type="dxa"/>
              <w:bottom w:w="85" w:type="dxa"/>
              <w:end w:w="100" w:type="dxa"/>
            </w:tcMar>
          </w:tcPr>
          <w:p>
            <w:pPr>
              <w:spacing w:after="0"/>
              <w:jc w:val="center"/>
            </w:pPr>
            <w:r>
              <w:rPr>
                <w:rFonts w:ascii="Arial" w:hAnsi="Arial"/>
                <w:b/>
                <w:i w:val="0"/>
                <w:color w:val="17365D"/>
                <w:sz w:val="16"/>
              </w:rPr>
              <w:t>Grade</w:t>
            </w:r>
          </w:p>
        </w:tc>
      </w:tr>
      <w:tr>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7"/>
              </w:rPr>
              <w:t>☐ Yes   ☐ No</w:t>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r>
      <w:tr>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7"/>
              </w:rPr>
              <w:t>☐ Yes   ☐ No</w:t>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r>
      <w:tr>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7"/>
              </w:rPr>
              <w:t>☐ Yes   ☐ No</w:t>
            </w:r>
          </w:p>
        </w:tc>
        <w:tc>
          <w:tcPr>
            <w:tcW w:type="dxa" w:w="2102"/>
            <w:tcMar>
              <w:top w:w="115" w:type="dxa"/>
              <w:start w:w="100" w:type="dxa"/>
              <w:bottom w:w="115" w:type="dxa"/>
              <w:end w:w="100" w:type="dxa"/>
            </w:tcMar>
            <w:vAlign w:val="center"/>
          </w:tcPr>
          <w:p>
            <w:pPr>
              <w:spacing w:after="0"/>
              <w:jc w:val="center"/>
            </w:pPr>
            <w:r>
              <w:rPr>
                <w:rFonts w:ascii="Arial" w:hAnsi="Arial"/>
                <w:b w:val="0"/>
                <w:i w:val="0"/>
                <w:color w:val="000000"/>
                <w:sz w:val="18"/>
              </w:rPr>
              <w:br/>
            </w:r>
          </w:p>
        </w:tc>
      </w:tr>
      <w:tr>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7"/>
              </w:rPr>
              <w:t>☐ Yes   ☐ No</w:t>
            </w:r>
          </w:p>
        </w:tc>
        <w:tc>
          <w:tcPr>
            <w:tcW w:type="dxa" w:w="2102"/>
            <w:shd w:fill="F5F8FB"/>
            <w:tcMar>
              <w:top w:w="115" w:type="dxa"/>
              <w:start w:w="100" w:type="dxa"/>
              <w:bottom w:w="115" w:type="dxa"/>
              <w:end w:w="100" w:type="dxa"/>
            </w:tcMar>
            <w:vAlign w:val="center"/>
          </w:tcPr>
          <w:p>
            <w:pPr>
              <w:spacing w:after="0"/>
              <w:jc w:val="center"/>
            </w:pPr>
            <w:r>
              <w:rPr>
                <w:rFonts w:ascii="Arial" w:hAnsi="Arial"/>
                <w:b w:val="0"/>
                <w:i w:val="0"/>
                <w:color w:val="000000"/>
                <w:sz w:val="18"/>
              </w:rPr>
              <w:br/>
            </w:r>
          </w:p>
        </w:tc>
      </w:tr>
    </w:tbl>
    <w:p>
      <w:pPr>
        <w:spacing w:before="120" w:after="0"/>
      </w:pPr>
      <w:r>
        <w:rPr>
          <w:rFonts w:ascii="Arial" w:hAnsi="Arial"/>
          <w:b w:val="0"/>
          <w:i/>
          <w:color w:val="555555"/>
          <w:sz w:val="17"/>
        </w:rPr>
        <w:t>If additional space is needed, attach a separate page.</w:t>
      </w:r>
    </w:p>
    <w:p>
      <w:r>
        <w:br w:type="page"/>
      </w:r>
    </w:p>
    <w:tbl>
      <w:tblPr>
        <w:tblW w:type="auto" w:w="0"/>
        <w:jc w:val="center"/>
        <w:tblLayout w:type="fixed"/>
        <w:tblLook w:firstColumn="1" w:firstRow="1" w:lastColumn="0" w:lastRow="0" w:noHBand="0" w:noVBand="1" w:val="04A0"/>
        <w:tblBorders>
          <w:top w:val="single" w:sz="0" w:color="FFFFFF"/>
          <w:start w:val="single" w:sz="0" w:color="FFFFFF"/>
          <w:bottom w:val="single" w:sz="0" w:color="FFFFFF"/>
          <w:end w:val="single" w:sz="0" w:color="FFFFFF"/>
          <w:insideH w:val="single" w:sz="0" w:color="FFFFFF"/>
          <w:insideV w:val="single" w:sz="0" w:color="FFFFFF"/>
        </w:tblBorders>
      </w:tblPr>
      <w:tblGrid>
        <w:gridCol w:w="3888"/>
        <w:gridCol w:w="6552"/>
      </w:tblGrid>
      <w:tr>
        <w:tc>
          <w:tcPr>
            <w:tcW w:type="dxa" w:w="3888"/>
          </w:tcPr>
          <w:p>
            <w:pPr>
              <w:jc w:val="left"/>
            </w:pPr>
            <w:r>
              <w:drawing>
                <wp:inline xmlns:a="http://schemas.openxmlformats.org/drawingml/2006/main" xmlns:pic="http://schemas.openxmlformats.org/drawingml/2006/picture">
                  <wp:extent cx="2057400" cy="460612"/>
                  <wp:docPr id="2" name="Picture 2"/>
                  <wp:cNvGraphicFramePr>
                    <a:graphicFrameLocks noChangeAspect="1"/>
                  </wp:cNvGraphicFramePr>
                  <a:graphic>
                    <a:graphicData uri="http://schemas.openxmlformats.org/drawingml/2006/picture">
                      <pic:pic>
                        <pic:nvPicPr>
                          <pic:cNvPr id="0" name="st_michaels_logo.png"/>
                          <pic:cNvPicPr/>
                        </pic:nvPicPr>
                        <pic:blipFill>
                          <a:blip r:embed="rId9"/>
                          <a:stretch>
                            <a:fillRect/>
                          </a:stretch>
                        </pic:blipFill>
                        <pic:spPr>
                          <a:xfrm>
                            <a:off x="0" y="0"/>
                            <a:ext cx="2057400" cy="460612"/>
                          </a:xfrm>
                          <a:prstGeom prst="rect"/>
                        </pic:spPr>
                      </pic:pic>
                    </a:graphicData>
                  </a:graphic>
                </wp:inline>
              </w:drawing>
            </w:r>
          </w:p>
        </w:tc>
        <w:tc>
          <w:tcPr>
            <w:tcW w:type="dxa" w:w="6552"/>
          </w:tcPr>
          <w:p>
            <w:pPr>
              <w:spacing w:after="0"/>
              <w:jc w:val="right"/>
            </w:pPr>
            <w:r>
              <w:rPr>
                <w:rFonts w:ascii="Arial" w:hAnsi="Arial"/>
                <w:b/>
                <w:i w:val="0"/>
                <w:color w:val="17365D"/>
                <w:sz w:val="28"/>
              </w:rPr>
              <w:t>Sunday School Registration</w:t>
            </w:r>
          </w:p>
          <w:p>
            <w:pPr>
              <w:spacing w:after="0"/>
              <w:jc w:val="right"/>
            </w:pPr>
            <w:r>
              <w:rPr>
                <w:rFonts w:ascii="Arial" w:hAnsi="Arial"/>
                <w:b/>
                <w:i w:val="0"/>
                <w:color w:val="000000"/>
                <w:sz w:val="21"/>
              </w:rPr>
              <w:t>2026 to 2027 Program Year</w:t>
            </w:r>
          </w:p>
          <w:p>
            <w:pPr>
              <w:spacing w:after="0"/>
              <w:jc w:val="right"/>
            </w:pPr>
            <w:r>
              <w:rPr>
                <w:rFonts w:ascii="Arial" w:hAnsi="Arial"/>
                <w:b w:val="0"/>
                <w:i w:val="0"/>
                <w:color w:val="555555"/>
                <w:sz w:val="15"/>
              </w:rPr>
              <w:t>647 Dundee Avenue  Barrington Illinois 60010  847 381 2323</w:t>
            </w:r>
          </w:p>
        </w:tc>
      </w:tr>
    </w:tbl>
    <w:p>
      <w:pPr>
        <w:spacing w:after="0"/>
      </w:pPr>
    </w:p>
    <w:tbl>
      <w:tblPr>
        <w:tblW w:type="auto" w:w="0"/>
        <w:tblLayout w:type="fixed"/>
        <w:tblLook w:firstColumn="1" w:firstRow="1" w:lastColumn="0" w:lastRow="0" w:noHBand="0" w:noVBand="1" w:val="04A0"/>
        <w:tblBorders>
          <w:top w:val="single" w:sz="8" w:color="17365D"/>
          <w:start w:val="single" w:sz="8" w:color="17365D"/>
          <w:bottom w:val="single" w:sz="8" w:color="17365D"/>
          <w:end w:val="single" w:sz="8" w:color="17365D"/>
          <w:insideH w:val="single" w:sz="8" w:color="17365D"/>
          <w:insideV w:val="single" w:sz="8" w:color="17365D"/>
        </w:tblBorders>
      </w:tblPr>
      <w:tblGrid>
        <w:gridCol w:w="10440"/>
      </w:tblGrid>
      <w:tr>
        <w:tc>
          <w:tcPr>
            <w:tcW w:type="dxa" w:w="10512"/>
            <w:shd w:fill="17365D"/>
            <w:tcMar>
              <w:top w:w="70" w:type="dxa"/>
              <w:start w:w="120" w:type="dxa"/>
              <w:bottom w:w="70" w:type="dxa"/>
              <w:end w:w="120" w:type="dxa"/>
            </w:tcMar>
          </w:tcPr>
          <w:p>
            <w:pPr>
              <w:keepNext/>
              <w:spacing w:after="0"/>
            </w:pPr>
            <w:r>
              <w:rPr>
                <w:rFonts w:ascii="Arial" w:hAnsi="Arial"/>
                <w:b/>
                <w:i w:val="0"/>
                <w:color w:val="FFFFFF"/>
                <w:sz w:val="21"/>
              </w:rPr>
              <w:t>PUBLICATION VIDEO WEBSITE AND SOCIAL MEDIA WAIVER AND RELEASE</w:t>
            </w:r>
          </w:p>
        </w:tc>
      </w:tr>
    </w:tbl>
    <w:p>
      <w:pPr>
        <w:spacing w:before="140" w:after="200" w:line="259" w:lineRule="auto"/>
      </w:pPr>
      <w:r>
        <w:rPr>
          <w:rFonts w:ascii="Arial" w:hAnsi="Arial"/>
          <w:b w:val="0"/>
          <w:i w:val="0"/>
          <w:color w:val="000000"/>
          <w:sz w:val="19"/>
        </w:rPr>
        <w:t>I hereby authorize St. Michael's Episcopal Church to publish images, which may include photographic, video, or electronic images, taken of my child(ren) for use in St. Michael's Episcopal Church's printed publications, audio-visual media, website, and social media. I acknowledge that participation in publications, video, websites, and social media produced by St. Michael's Episcopal Church is voluntary, and we will receive no financial compensation. I further agree that my child's participation in any publication or website produced by St. Michael's Episcopal Church does not confer ownership rights on me/us. I release St. Michael's Episcopal Church, its contractors, and its employees from liability for any claims by me or any third party in connection with my child(ren)'s participation until I revoke this release in writing and submit it to the Parish Operations Office of St. Michael's Episcopal Church.</w:t>
      </w:r>
    </w:p>
    <w:tbl>
      <w:tblPr>
        <w:tblW w:type="auto" w:w="0"/>
        <w:tblLayout w:type="fixed"/>
        <w:tblLook w:firstColumn="1" w:firstRow="1" w:lastColumn="0" w:lastRow="0" w:noHBand="0" w:noVBand="1" w:val="04A0"/>
        <w:tblBorders>
          <w:top w:val="single" w:sz="8" w:color="17365D"/>
          <w:start w:val="single" w:sz="8" w:color="17365D"/>
          <w:bottom w:val="single" w:sz="8" w:color="17365D"/>
          <w:end w:val="single" w:sz="8" w:color="17365D"/>
          <w:insideH w:val="single" w:sz="8" w:color="17365D"/>
          <w:insideV w:val="single" w:sz="8" w:color="17365D"/>
        </w:tblBorders>
      </w:tblPr>
      <w:tblGrid>
        <w:gridCol w:w="10440"/>
      </w:tblGrid>
      <w:tr>
        <w:tc>
          <w:tcPr>
            <w:tcW w:type="dxa" w:w="10512"/>
            <w:shd w:fill="17365D"/>
            <w:tcMar>
              <w:top w:w="70" w:type="dxa"/>
              <w:start w:w="120" w:type="dxa"/>
              <w:bottom w:w="70" w:type="dxa"/>
              <w:end w:w="120" w:type="dxa"/>
            </w:tcMar>
          </w:tcPr>
          <w:p>
            <w:pPr>
              <w:keepNext/>
              <w:spacing w:after="0"/>
            </w:pPr>
            <w:r>
              <w:rPr>
                <w:rFonts w:ascii="Arial" w:hAnsi="Arial"/>
                <w:b/>
                <w:i w:val="0"/>
                <w:color w:val="FFFFFF"/>
                <w:sz w:val="21"/>
              </w:rPr>
              <w:t>TRANSPORTATION WAIVER AND RELEASE</w:t>
            </w:r>
          </w:p>
        </w:tc>
      </w:tr>
    </w:tbl>
    <w:p>
      <w:pPr>
        <w:spacing w:before="140" w:after="100" w:line="252" w:lineRule="auto"/>
      </w:pPr>
      <w:r>
        <w:rPr>
          <w:rFonts w:ascii="Arial" w:hAnsi="Arial"/>
          <w:b w:val="0"/>
          <w:i w:val="0"/>
          <w:color w:val="000000"/>
          <w:sz w:val="18"/>
        </w:rPr>
        <w:t>I, the undersigned, give my consent for the person(s) identified above to be transported by St. Michael's Episcopal Church and will assume all liability for my/their participation in this activity/event and any injury that may result during transport or at the event/activity. Further, by signing or typing my name below:</w:t>
      </w:r>
    </w:p>
    <w:p>
      <w:pPr>
        <w:spacing w:after="60" w:line="245" w:lineRule="auto"/>
        <w:ind w:left="259" w:hanging="259"/>
      </w:pPr>
      <w:r>
        <w:rPr>
          <w:rFonts w:ascii="Arial" w:hAnsi="Arial"/>
          <w:b w:val="0"/>
          <w:i w:val="0"/>
          <w:color w:val="000000"/>
          <w:sz w:val="18"/>
        </w:rPr>
        <w:t>1. I will not hold St. Michael's Episcopal Church, its agents, employees, volunteers, assigns, or anyone acting on its behalf responsible or liable for injury occurring to the named person(s) in the course of such activities or travel.</w:t>
      </w:r>
    </w:p>
    <w:p>
      <w:pPr>
        <w:spacing w:after="60" w:line="245" w:lineRule="auto"/>
        <w:ind w:left="259" w:hanging="259"/>
      </w:pPr>
      <w:r>
        <w:rPr>
          <w:rFonts w:ascii="Arial" w:hAnsi="Arial"/>
          <w:b w:val="0"/>
          <w:i w:val="0"/>
          <w:color w:val="000000"/>
          <w:sz w:val="18"/>
        </w:rPr>
        <w:t>2. I accept financial responsibility for personal items lost by the person(s) identified herein.</w:t>
      </w:r>
    </w:p>
    <w:p>
      <w:pPr>
        <w:spacing w:after="60" w:line="245" w:lineRule="auto"/>
        <w:ind w:left="259" w:hanging="259"/>
      </w:pPr>
      <w:r>
        <w:rPr>
          <w:rFonts w:ascii="Arial" w:hAnsi="Arial"/>
          <w:b w:val="0"/>
          <w:i w:val="0"/>
          <w:color w:val="000000"/>
          <w:sz w:val="18"/>
        </w:rPr>
        <w:t>3. I authorize St. Michael's Episcopal Church to transport and to obtain, through a physician of its own choice, any emergency medical care that may become reasonably necessary for the person(s) in the course of such activities/events or travel, and agree to accept the cost of transportation and/or treatment by medical personnel or a medical facility.</w:t>
      </w:r>
    </w:p>
    <w:p>
      <w:pPr>
        <w:spacing w:after="60" w:line="245" w:lineRule="auto"/>
        <w:ind w:left="259" w:hanging="259"/>
      </w:pPr>
      <w:r>
        <w:rPr>
          <w:rFonts w:ascii="Arial" w:hAnsi="Arial"/>
          <w:b w:val="0"/>
          <w:i w:val="0"/>
          <w:color w:val="000000"/>
          <w:sz w:val="18"/>
        </w:rPr>
        <w:t>4. I accept full responsibility and grant permission for me or my minor child to travel with St. Michael's Episcopal Church.</w:t>
      </w:r>
    </w:p>
    <w:p>
      <w:pPr>
        <w:spacing w:before="60" w:after="40"/>
      </w:pPr>
      <w:r>
        <w:rPr>
          <w:rFonts w:ascii="Arial" w:hAnsi="Arial"/>
          <w:b w:val="0"/>
          <w:i/>
          <w:color w:val="000000"/>
          <w:sz w:val="18"/>
        </w:rPr>
        <w:t>This Waiver and Release will be valid for all transportation occurring as of and after the date below.</w:t>
      </w:r>
    </w:p>
    <w:p>
      <w:pPr>
        <w:spacing w:after="160"/>
      </w:pPr>
      <w:r>
        <w:rPr>
          <w:rFonts w:ascii="Arial" w:hAnsi="Arial"/>
          <w:b/>
          <w:i w:val="0"/>
          <w:color w:val="17365D"/>
          <w:sz w:val="19"/>
        </w:rPr>
        <w:t>These Waivers and Releases are valid through August 31 2027.</w:t>
      </w:r>
    </w:p>
    <w:tbl>
      <w:tblPr>
        <w:tblW w:type="auto" w:w="0"/>
        <w:jc w:val="center"/>
        <w:tblLayout w:type="fixed"/>
        <w:tblLook w:firstColumn="1" w:firstRow="1" w:lastColumn="0" w:lastRow="0" w:noHBand="0" w:noVBand="1" w:val="04A0"/>
        <w:tblBorders>
          <w:top w:val="single" w:sz="8" w:color="D9D9D9"/>
          <w:start w:val="single" w:sz="8" w:color="D9D9D9"/>
          <w:bottom w:val="single" w:sz="8" w:color="D9D9D9"/>
          <w:end w:val="single" w:sz="8" w:color="D9D9D9"/>
          <w:insideH w:val="single" w:sz="8" w:color="D9D9D9"/>
          <w:insideV w:val="single" w:sz="8" w:color="D9D9D9"/>
        </w:tblBorders>
      </w:tblPr>
      <w:tblGrid>
        <w:gridCol w:w="5213"/>
        <w:gridCol w:w="5227"/>
      </w:tblGrid>
      <w:tr>
        <w:tc>
          <w:tcPr>
            <w:tcW w:type="dxa" w:w="10512"/>
            <w:gridSpan w:val="2"/>
            <w:shd w:fill="DCE6F1"/>
          </w:tcPr>
          <w:p>
            <w:pPr>
              <w:spacing w:after="0"/>
            </w:pPr>
            <w:r>
              <w:rPr>
                <w:rFonts w:ascii="Arial" w:hAnsi="Arial"/>
                <w:b/>
                <w:i w:val="0"/>
                <w:color w:val="17365D"/>
                <w:sz w:val="18"/>
              </w:rPr>
              <w:t>I have read these waiver forms and understand the terms</w:t>
            </w:r>
          </w:p>
        </w:tc>
      </w:tr>
      <w:tr>
        <w:tc>
          <w:tcPr>
            <w:tcW w:type="dxa" w:w="5256"/>
            <w:tcMar>
              <w:top w:w="125" w:type="dxa"/>
              <w:start w:w="100" w:type="dxa"/>
              <w:bottom w:w="125" w:type="dxa"/>
              <w:end w:w="100" w:type="dxa"/>
            </w:tcMar>
          </w:tcPr>
          <w:p>
            <w:pPr>
              <w:jc w:val="center"/>
            </w:pPr>
            <w:r>
              <w:rPr>
                <w:rFonts w:ascii="Arial" w:hAnsi="Arial"/>
                <w:b/>
                <w:i w:val="0"/>
                <w:color w:val="000000"/>
                <w:sz w:val="20"/>
              </w:rPr>
              <w:t>☐ Yes I consent</w:t>
            </w:r>
          </w:p>
        </w:tc>
        <w:tc>
          <w:tcPr>
            <w:tcW w:type="dxa" w:w="5256"/>
            <w:tcMar>
              <w:top w:w="125" w:type="dxa"/>
              <w:start w:w="100" w:type="dxa"/>
              <w:bottom w:w="125" w:type="dxa"/>
              <w:end w:w="100" w:type="dxa"/>
            </w:tcMar>
          </w:tcPr>
          <w:p>
            <w:pPr>
              <w:jc w:val="center"/>
            </w:pPr>
            <w:r>
              <w:rPr>
                <w:rFonts w:ascii="Arial" w:hAnsi="Arial"/>
                <w:b/>
                <w:i w:val="0"/>
                <w:color w:val="000000"/>
                <w:sz w:val="20"/>
              </w:rPr>
              <w:t>☐ No I do not consent</w:t>
            </w:r>
          </w:p>
        </w:tc>
      </w:tr>
    </w:tbl>
    <w:tbl>
      <w:tblPr>
        <w:tblW w:type="auto" w:w="0"/>
        <w:jc w:val="center"/>
        <w:tblLayout w:type="fixed"/>
        <w:tblLook w:firstColumn="1" w:firstRow="1" w:lastColumn="0" w:lastRow="0" w:noHBand="0" w:noVBand="1" w:val="04A0"/>
        <w:tblBorders>
          <w:top w:val="single" w:sz="8" w:color="D9D9D9"/>
          <w:start w:val="single" w:sz="8" w:color="D9D9D9"/>
          <w:bottom w:val="single" w:sz="8" w:color="D9D9D9"/>
          <w:end w:val="single" w:sz="8" w:color="D9D9D9"/>
          <w:insideH w:val="single" w:sz="8" w:color="D9D9D9"/>
          <w:insideV w:val="single" w:sz="8" w:color="D9D9D9"/>
        </w:tblBorders>
      </w:tblPr>
      <w:tblGrid>
        <w:gridCol w:w="8136"/>
        <w:gridCol w:w="2304"/>
      </w:tblGrid>
      <w:tr>
        <w:tc>
          <w:tcPr>
            <w:tcW w:type="dxa" w:w="5256"/>
          </w:tcPr>
          <w:p>
            <w:pPr>
              <w:spacing w:after="40"/>
            </w:pPr>
            <w:r>
              <w:rPr>
                <w:rFonts w:ascii="Arial" w:hAnsi="Arial"/>
                <w:b/>
                <w:i w:val="0"/>
                <w:color w:val="17365D"/>
                <w:sz w:val="17"/>
              </w:rPr>
              <w:t>Parent or guardian signature</w:t>
            </w:r>
          </w:p>
          <w:p>
            <w:pPr>
              <w:spacing w:after="0" w:line="240" w:lineRule="auto"/>
            </w:pPr>
            <w:r>
              <w:rPr>
                <w:rFonts w:ascii="Arial" w:hAnsi="Arial"/>
                <w:b w:val="0"/>
                <w:i w:val="0"/>
                <w:color w:val="555555"/>
                <w:sz w:val="20"/>
              </w:rPr>
              <w:t xml:space="preserve">   __________________________________</w:t>
            </w:r>
          </w:p>
        </w:tc>
        <w:tc>
          <w:tcPr>
            <w:tcW w:type="dxa" w:w="5256"/>
          </w:tcPr>
          <w:p>
            <w:pPr>
              <w:spacing w:after="40"/>
            </w:pPr>
            <w:r>
              <w:rPr>
                <w:rFonts w:ascii="Arial" w:hAnsi="Arial"/>
                <w:b/>
                <w:i w:val="0"/>
                <w:color w:val="17365D"/>
                <w:sz w:val="17"/>
              </w:rPr>
              <w:t>Date</w:t>
            </w:r>
          </w:p>
          <w:p>
            <w:pPr>
              <w:spacing w:after="0" w:line="240" w:lineRule="auto"/>
            </w:pPr>
            <w:r>
              <w:rPr>
                <w:rFonts w:ascii="Arial" w:hAnsi="Arial"/>
                <w:b w:val="0"/>
                <w:i w:val="0"/>
                <w:color w:val="555555"/>
                <w:sz w:val="20"/>
              </w:rPr>
              <w:t xml:space="preserve">   __________________________________</w:t>
            </w:r>
          </w:p>
        </w:tc>
      </w:tr>
    </w:tbl>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Michaels Sunday School Registration 2026 2027</dc:title>
  <dc:subject>Sunday School registration and waivers</dc:subject>
  <dc:creator>St. Michael's Episcopal Church</dc:creator>
  <cp:keywords/>
  <dc:description>generated by python-docx</dc:description>
  <cp:lastModifiedBy/>
  <cp:revision>1</cp:revision>
  <dcterms:created xsi:type="dcterms:W3CDTF">2013-12-23T23:15:00Z</dcterms:created>
  <dcterms:modified xsi:type="dcterms:W3CDTF">2013-12-23T23:15:00Z</dcterms:modified>
  <cp:category/>
</cp:coreProperties>
</file>